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DOCUMENTO DE RESCISIÓN DE MUTUO ACUERDO DEL CONTRATO DE ARRENDAMIENTO DE VIVIENDA</w:t>
      </w:r>
    </w:p>
    <w:p>
      <w:pPr>
        <w:pStyle w:val="Heading2"/>
      </w:pPr>
      <w:r>
        <w:t>Lugar, fecha y partes</w:t>
      </w:r>
    </w:p>
    <w:p>
      <w:r>
        <w:t xml:space="preserve">En </w:t>
      </w:r>
      <w:r>
        <w:rPr>
          <w:b/>
        </w:rPr>
        <w:t>[localidad]</w:t>
      </w:r>
      <w:r>
        <w:t xml:space="preserve">, a </w:t>
      </w:r>
      <w:r>
        <w:rPr>
          <w:b/>
        </w:rPr>
        <w:t>[día]</w:t>
      </w:r>
      <w:r>
        <w:t xml:space="preserve"> de </w:t>
      </w:r>
      <w:r>
        <w:rPr>
          <w:b/>
        </w:rPr>
        <w:t>[mes]</w:t>
      </w:r>
      <w:r>
        <w:t xml:space="preserve"> de </w:t>
      </w:r>
      <w:r>
        <w:rPr>
          <w:b/>
        </w:rPr>
        <w:t>[año]</w:t>
      </w:r>
      <w:r>
        <w:t>.</w:t>
      </w:r>
    </w:p>
    <w:p>
      <w:r>
        <w:t xml:space="preserve">De una parte, como ARRENDADOR, </w:t>
      </w:r>
      <w:r>
        <w:rPr>
          <w:b/>
        </w:rPr>
        <w:t>[nombre y apellidos, o razón social si es una empresa]</w:t>
      </w:r>
      <w:r>
        <w:t xml:space="preserve">, con DNI, NIE o NIF </w:t>
      </w:r>
      <w:r>
        <w:rPr>
          <w:b/>
        </w:rPr>
        <w:t>[número]</w:t>
      </w:r>
      <w:r>
        <w:t xml:space="preserve"> y domicilio en </w:t>
      </w:r>
      <w:r>
        <w:rPr>
          <w:b/>
        </w:rPr>
        <w:t>[dirección completa]</w:t>
      </w:r>
      <w:r>
        <w:t xml:space="preserve">, que actúa </w:t>
      </w:r>
      <w:r>
        <w:rPr>
          <w:b/>
        </w:rPr>
        <w:t>[en su propio nombre o en representación de: indicar quién y con qué poder]</w:t>
      </w:r>
      <w:r>
        <w:t>.</w:t>
      </w:r>
    </w:p>
    <w:p>
      <w:r>
        <w:t xml:space="preserve">De otra parte, como ARRENDATARIO, </w:t>
      </w:r>
      <w:r>
        <w:rPr>
          <w:b/>
        </w:rPr>
        <w:t>[nombre y apellidos]</w:t>
      </w:r>
      <w:r>
        <w:t xml:space="preserve">, con DNI o NIE </w:t>
      </w:r>
      <w:r>
        <w:rPr>
          <w:b/>
        </w:rPr>
        <w:t>[número]</w:t>
      </w:r>
      <w:r>
        <w:t xml:space="preserve">. </w:t>
      </w:r>
      <w:r>
        <w:rPr>
          <w:b/>
        </w:rPr>
        <w:t>[Si en el contrato figuran varios inquilinos, añade una línea igual por cada uno: firman todos.]</w:t>
      </w:r>
    </w:p>
    <w:p>
      <w:r>
        <w:t>Las dos partes se reconocen capacidad para firmar este documento y EXPONEN:</w:t>
      </w:r>
    </w:p>
    <w:p>
      <w:pPr>
        <w:pStyle w:val="Heading2"/>
      </w:pPr>
      <w:r>
        <w:t>Exponen: el contrato que se termina</w:t>
      </w:r>
    </w:p>
    <w:p>
      <w:r>
        <w:t xml:space="preserve">I. Que el </w:t>
      </w:r>
      <w:r>
        <w:rPr>
          <w:b/>
        </w:rPr>
        <w:t>[fecha del contrato]</w:t>
      </w:r>
      <w:r>
        <w:t xml:space="preserve"> firmaron un contrato de arrendamiento de vivienda sobre la vivienda situada en </w:t>
      </w:r>
      <w:r>
        <w:rPr>
          <w:b/>
        </w:rPr>
        <w:t>[calle, número, piso y puerta]</w:t>
      </w:r>
      <w:r>
        <w:t xml:space="preserve">, </w:t>
      </w:r>
      <w:r>
        <w:rPr>
          <w:b/>
        </w:rPr>
        <w:t>[código postal]</w:t>
      </w:r>
      <w:r>
        <w:t xml:space="preserve"> </w:t>
      </w:r>
      <w:r>
        <w:rPr>
          <w:b/>
        </w:rPr>
        <w:t>[municipio]</w:t>
      </w:r>
      <w:r>
        <w:t xml:space="preserve">, con referencia catastral </w:t>
      </w:r>
      <w:r>
        <w:rPr>
          <w:b/>
        </w:rPr>
        <w:t>[referencia catastral]</w:t>
      </w:r>
      <w:r>
        <w:t xml:space="preserve">, por una renta de </w:t>
      </w:r>
      <w:r>
        <w:rPr>
          <w:b/>
        </w:rPr>
        <w:t>[importe]</w:t>
      </w:r>
      <w:r>
        <w:t xml:space="preserve"> euros al mes.</w:t>
      </w:r>
    </w:p>
    <w:p>
      <w:r>
        <w:t xml:space="preserve">II. Que, al firmar aquel contrato, el ARRENDATARIO entregó una fianza de </w:t>
      </w:r>
      <w:r>
        <w:rPr>
          <w:b/>
        </w:rPr>
        <w:t>[importe]</w:t>
      </w:r>
      <w:r>
        <w:t xml:space="preserve"> euros. </w:t>
      </w:r>
      <w:r>
        <w:rPr>
          <w:b/>
        </w:rPr>
        <w:t>[Si además pactasteis una garantía adicional, indica aquí cuál y su importe; si no, borra esta frase.]</w:t>
      </w:r>
    </w:p>
    <w:p>
      <w:r>
        <w:t>III. Que las dos partes quieren dar por terminado ese contrato antes de su vencimiento, de mutuo acuerdo, y lo hacen con las siguientes CLÁUSULAS:</w:t>
      </w:r>
    </w:p>
    <w:p>
      <w:pPr>
        <w:pStyle w:val="Heading2"/>
      </w:pPr>
      <w:r>
        <w:t>Primera. Terminación de mutuo acuerdo</w:t>
      </w:r>
    </w:p>
    <w:p>
      <w:r>
        <w:t xml:space="preserve">El ARRENDADOR y el ARRENDATARIO acuerdan dar por terminado el contrato de arrendamiento citado el día </w:t>
      </w:r>
      <w:r>
        <w:rPr>
          <w:b/>
        </w:rPr>
        <w:t>[fecha de terminación]</w:t>
      </w:r>
      <w:r>
        <w:t>, que será también el día de la entrega de la vivienda y de las llaves.</w:t>
      </w:r>
    </w:p>
    <w:p>
      <w:r>
        <w:t>Desde ese día, el contrato queda extinguido y ninguna de las partes podrá exigir a la otra su cumplimiento, salvo en lo que se pacta en este documento.</w:t>
      </w:r>
    </w:p>
    <w:p>
      <w:pPr>
        <w:pStyle w:val="Heading2"/>
      </w:pPr>
      <w:r>
        <w:t>Segunda. Entrega de la vivienda y de las llaves</w:t>
      </w:r>
    </w:p>
    <w:p>
      <w:r>
        <w:t xml:space="preserve">El día </w:t>
      </w:r>
      <w:r>
        <w:rPr>
          <w:b/>
        </w:rPr>
        <w:t>[fecha de entrega]</w:t>
      </w:r>
      <w:r>
        <w:t xml:space="preserve">, a las </w:t>
      </w:r>
      <w:r>
        <w:rPr>
          <w:b/>
        </w:rPr>
        <w:t>[hora]</w:t>
      </w:r>
      <w:r>
        <w:t xml:space="preserve">, en la propia vivienda, el ARRENDATARIO la dejará libre, vacía de sus cosas y a disposición del ARRENDADOR, y le entregará </w:t>
      </w:r>
      <w:r>
        <w:rPr>
          <w:b/>
        </w:rPr>
        <w:t>[número]</w:t>
      </w:r>
      <w:r>
        <w:t xml:space="preserve"> juegos de llaves y </w:t>
      </w:r>
      <w:r>
        <w:rPr>
          <w:b/>
        </w:rPr>
        <w:t>[mandos, tarjetas u otros accesos, o «ningún otro acceso»]</w:t>
      </w:r>
      <w:r>
        <w:t>.</w:t>
      </w:r>
    </w:p>
    <w:p>
      <w:pPr>
        <w:pStyle w:val="Heading2"/>
      </w:pPr>
      <w:r>
        <w:t>Tercera. Estado de la vivienda y documento de finalización</w:t>
      </w:r>
    </w:p>
    <w:p>
      <w:r>
        <w:t xml:space="preserve">El día de la entrega, las partes revisarán juntas la vivienda con el inventario firmado al empezar el contrato </w:t>
      </w:r>
      <w:r>
        <w:rPr>
          <w:b/>
        </w:rPr>
        <w:t>[o, si no lo hubo, con las fotos y documentos que tengan]</w:t>
      </w:r>
      <w:r>
        <w:t xml:space="preserve"> y firmarán el documento de finalización del arrendamiento, en el que harán constar el estado de la vivienda en ese momento, los desperfectos que encuentren, si los hay, las llaves entregadas y la lectura de los contadores.</w:t>
      </w:r>
    </w:p>
    <w:p>
      <w:r>
        <w:t>Ese documento se une a este como anexo.</w:t>
      </w:r>
    </w:p>
    <w:p>
      <w:pPr>
        <w:pStyle w:val="Heading2"/>
      </w:pPr>
      <w:r>
        <w:t>Cuarta. Renta, gastos y suministros hasta la entrega</w:t>
      </w:r>
    </w:p>
    <w:p>
      <w:r>
        <w:t xml:space="preserve">El ARRENDATARIO pagará la renta y las demás cantidades a su cargo hasta el día de la entrega: </w:t>
      </w:r>
      <w:r>
        <w:rPr>
          <w:b/>
        </w:rPr>
        <w:t>[la renta completa de ese mes o la parte que corresponda a los días hasta la entrega: indicar cuál]</w:t>
      </w:r>
      <w:r>
        <w:t>.</w:t>
      </w:r>
    </w:p>
    <w:p>
      <w:r>
        <w:t xml:space="preserve">Cantidades pendientes a la firma de este documento: </w:t>
      </w:r>
      <w:r>
        <w:rPr>
          <w:b/>
        </w:rPr>
        <w:t>[importe en euros y a qué meses o conceptos corresponde, o «ninguna»]</w:t>
      </w:r>
      <w:r>
        <w:t xml:space="preserve">. Se saldarán así: </w:t>
      </w:r>
      <w:r>
        <w:rPr>
          <w:b/>
        </w:rPr>
        <w:t>[pago por transferencia antes de la entrega de llaves, perdón de la deuda por el ARRENDADOR o descuento de la fianza: indicar cuál y en qué fecha]</w:t>
      </w:r>
      <w:r>
        <w:t>.</w:t>
      </w:r>
    </w:p>
    <w:p>
      <w:r>
        <w:t xml:space="preserve">Los suministros con contador se pagarán según la lectura del día de la entrega. El ARRENDATARIO </w:t>
      </w:r>
      <w:r>
        <w:rPr>
          <w:b/>
        </w:rPr>
        <w:t>[dará de baja o cambiará de titular: indicar cuál]</w:t>
      </w:r>
      <w:r>
        <w:t xml:space="preserve"> los contratos de suministro que estén a su nombre.</w:t>
      </w:r>
    </w:p>
    <w:p>
      <w:pPr>
        <w:pStyle w:val="Heading2"/>
      </w:pPr>
      <w:r>
        <w:t>Quinta. Fianza</w:t>
      </w:r>
    </w:p>
    <w:p>
      <w:r>
        <w:t xml:space="preserve">El ARRENDADOR devolverá al ARRENDATARIO la fianza, y la garantía adicional si la hubo, descontando solo las cantidades que consten en el documento de finalización o en la cláusula cuarta, justificadas con sus facturas o presupuestos, mediante transferencia a la cuenta </w:t>
      </w:r>
      <w:r>
        <w:rPr>
          <w:b/>
        </w:rPr>
        <w:t>[IBAN del ARRENDATARIO]</w:t>
      </w:r>
      <w:r>
        <w:t xml:space="preserve"> no más tarde del </w:t>
      </w:r>
      <w:r>
        <w:rPr>
          <w:b/>
        </w:rPr>
        <w:t>[fecha]</w:t>
      </w:r>
      <w:r>
        <w:t>.</w:t>
      </w:r>
    </w:p>
    <w:p>
      <w:pPr>
        <w:pStyle w:val="Heading2"/>
      </w:pPr>
      <w:r>
        <w:t>Sexta. Lo que se paga por terminar antes (opcional)</w:t>
      </w:r>
    </w:p>
    <w:p>
      <w:r>
        <w:rPr>
          <w:b/>
        </w:rPr>
        <w:t>[Cláusula opcional; si no la usas, bórrala:]</w:t>
      </w:r>
      <w:r>
        <w:t xml:space="preserve"> Por aceptar la terminación anticipada del contrato, el ARRENDADOR pagará al ARRENDATARIO </w:t>
      </w:r>
      <w:r>
        <w:rPr>
          <w:b/>
        </w:rPr>
        <w:t>[importe]</w:t>
      </w:r>
      <w:r>
        <w:t xml:space="preserve"> euros el día de la entrega de las llaves, mediante transferencia a la cuenta </w:t>
      </w:r>
      <w:r>
        <w:rPr>
          <w:b/>
        </w:rPr>
        <w:t>[IBAN del ARRENDATARIO]</w:t>
      </w:r>
      <w:r>
        <w:t>, una vez entregada la vivienda como dice la cláusula segunda.</w:t>
      </w:r>
    </w:p>
    <w:p>
      <w:pPr>
        <w:pStyle w:val="Heading2"/>
      </w:pPr>
      <w:r>
        <w:t>Séptima. Nuevo domicilio y padrón</w:t>
      </w:r>
    </w:p>
    <w:p>
      <w:r>
        <w:t xml:space="preserve">El ARRENDATARIO, y las personas que vivían con él, pedirán el alta en el padrón de su nuevo domicilio. Para cualquier comunicación sobre este documento, el ARRENDATARIO señala como domicilio </w:t>
      </w:r>
      <w:r>
        <w:rPr>
          <w:b/>
        </w:rPr>
        <w:t>[dirección completa]</w:t>
      </w:r>
      <w:r>
        <w:t xml:space="preserve"> y como correo electrónico </w:t>
      </w:r>
      <w:r>
        <w:rPr>
          <w:b/>
        </w:rPr>
        <w:t>[dirección electrónica]</w:t>
      </w:r>
      <w:r>
        <w:t>.</w:t>
      </w:r>
    </w:p>
    <w:p>
      <w:pPr>
        <w:pStyle w:val="Heading2"/>
      </w:pPr>
      <w:r>
        <w:t>Octava. Cierre de cuentas</w:t>
      </w:r>
    </w:p>
    <w:p>
      <w:r>
        <w:t xml:space="preserve">Cumplido lo pactado en este documento, las partes dan por cerradas las cuentas del contrato y ninguna tendrá nada más que reclamar a la otra por él, salvo </w:t>
      </w:r>
      <w:r>
        <w:rPr>
          <w:b/>
        </w:rPr>
        <w:t>[lo que conste en el documento de finalización y no cubra la fianza, o «nada»]</w:t>
      </w:r>
      <w:r>
        <w:t>.</w:t>
      </w:r>
    </w:p>
    <w:p>
      <w:pPr>
        <w:pStyle w:val="Heading2"/>
      </w:pPr>
      <w:r>
        <w:t>Firmas</w:t>
      </w:r>
    </w:p>
    <w:p>
      <w:r>
        <w:t>Y, en prueba de conformidad, las partes firman este documento por duplicado, un ejemplar para cada una, en el lugar y la fecha indicados al principio.</w:t>
      </w:r>
    </w:p>
    <w:p>
      <w:r>
        <w:t xml:space="preserve">El ARRENDADOR: </w:t>
      </w:r>
      <w:r>
        <w:rPr>
          <w:b/>
        </w:rPr>
        <w:t>[firma]</w:t>
      </w:r>
    </w:p>
    <w:p>
      <w:r>
        <w:t xml:space="preserve">El ARRENDATARIO: </w:t>
      </w:r>
      <w:r>
        <w:rPr>
          <w:b/>
        </w:rPr>
        <w:t>[firma]</w:t>
      </w:r>
    </w:p>
    <w:p>
      <w:pPr>
        <w:pStyle w:val="Heading2"/>
      </w:pPr>
      <w:r>
        <w:t>Anexo. Documento de finalización del arrendamiento</w:t>
      </w:r>
    </w:p>
    <w:p>
      <w:r>
        <w:t xml:space="preserve">En </w:t>
      </w:r>
      <w:r>
        <w:rPr>
          <w:b/>
        </w:rPr>
        <w:t>[localidad]</w:t>
      </w:r>
      <w:r>
        <w:t xml:space="preserve">, a </w:t>
      </w:r>
      <w:r>
        <w:rPr>
          <w:b/>
        </w:rPr>
        <w:t>[día]</w:t>
      </w:r>
      <w:r>
        <w:t xml:space="preserve"> de </w:t>
      </w:r>
      <w:r>
        <w:rPr>
          <w:b/>
        </w:rPr>
        <w:t>[mes]</w:t>
      </w:r>
      <w:r>
        <w:t xml:space="preserve"> de </w:t>
      </w:r>
      <w:r>
        <w:rPr>
          <w:b/>
        </w:rPr>
        <w:t>[año]</w:t>
      </w:r>
      <w:r>
        <w:t xml:space="preserve">, a las </w:t>
      </w:r>
      <w:r>
        <w:rPr>
          <w:b/>
        </w:rPr>
        <w:t>[hora]</w:t>
      </w:r>
      <w:r>
        <w:t xml:space="preserve">, en la vivienda situada en </w:t>
      </w:r>
      <w:r>
        <w:rPr>
          <w:b/>
        </w:rPr>
        <w:t>[dirección completa]</w:t>
      </w:r>
      <w:r>
        <w:t>, el ARRENDATARIO entrega la posesión de la vivienda al ARRENDADOR.</w:t>
      </w:r>
    </w:p>
    <w:p>
      <w:r>
        <w:t xml:space="preserve">Llaves y accesos entregados: </w:t>
      </w:r>
      <w:r>
        <w:rPr>
          <w:b/>
        </w:rPr>
        <w:t>[número de juegos de llaves, mandos y tarjetas]</w:t>
      </w:r>
      <w:r>
        <w:t>.</w:t>
      </w:r>
    </w:p>
    <w:p>
      <w:r>
        <w:t xml:space="preserve">Lectura de los contadores: luz </w:t>
      </w:r>
      <w:r>
        <w:rPr>
          <w:b/>
        </w:rPr>
        <w:t>[lectura]</w:t>
      </w:r>
      <w:r>
        <w:t xml:space="preserve">, agua </w:t>
      </w:r>
      <w:r>
        <w:rPr>
          <w:b/>
        </w:rPr>
        <w:t>[lectura]</w:t>
      </w:r>
      <w:r>
        <w:t xml:space="preserve">, gas </w:t>
      </w:r>
      <w:r>
        <w:rPr>
          <w:b/>
        </w:rPr>
        <w:t>[lectura, o «no hay»]</w:t>
      </w:r>
      <w:r>
        <w:t>.</w:t>
      </w:r>
    </w:p>
    <w:p>
      <w:r>
        <w:t xml:space="preserve">Estado de la vivienda: </w:t>
      </w:r>
      <w:r>
        <w:rPr>
          <w:b/>
        </w:rPr>
        <w:t>[el que consta en las columnas de salida del inventario, que se une a este documento, o la descripción estancia por estancia]</w:t>
      </w:r>
      <w:r>
        <w:t>.</w:t>
      </w:r>
    </w:p>
    <w:p>
      <w:r>
        <w:t xml:space="preserve">Desperfectos encontrados: </w:t>
      </w:r>
      <w:r>
        <w:rPr>
          <w:b/>
        </w:rPr>
        <w:t>[descripción de cada uno, con su foto, o «ninguno»]</w:t>
      </w:r>
      <w:r>
        <w:t>.</w:t>
      </w:r>
    </w:p>
    <w:p>
      <w:r>
        <w:t xml:space="preserve">El ARRENDADOR: </w:t>
      </w:r>
      <w:r>
        <w:rPr>
          <w:b/>
        </w:rPr>
        <w:t>[firma]</w:t>
      </w:r>
    </w:p>
    <w:p>
      <w:r>
        <w:t xml:space="preserve">El ARRENDATARIO: </w:t>
      </w:r>
      <w:r>
        <w:rPr>
          <w:b/>
        </w:rPr>
        <w:t>[firma]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documento de rescisión de mutuo acuerdo del contrato de arrendamiento de vivienda</dc:title>
  <dc:subject/>
  <dc:creator>MR Renta y Gestión</dc:creator>
  <cp:keywords/>
  <dc:description/>
  <cp:lastModifiedBy/>
  <cp:revision>1</cp:revision>
  <dcterms:created xsi:type="dcterms:W3CDTF">2026-10-17T00:00:00Z</dcterms:created>
  <dcterms:modified xsi:type="dcterms:W3CDTF">2026-10-17T00:00:00Z</dcterms:modified>
  <cp:category/>
  <cp:contentStatus/>
  <dc:language>es-ES</dc:language>
  <cp:lastPrinted>2026-10-17T00:00:00Z</cp:lastPrinted>
</cp:coreProperties>
</file>