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DOCUMENTO DE RESERVA DE VIVIENDA EN ALQUILER</w:t>
      </w:r>
    </w:p>
    <w:p>
      <w:pPr>
        <w:pStyle w:val="Heading2"/>
      </w:pPr>
      <w:r>
        <w:t>Lugar, fecha y partes</w:t>
      </w:r>
    </w:p>
    <w:p>
      <w:r>
        <w:t xml:space="preserve">En </w:t>
      </w:r>
      <w:r>
        <w:rPr>
          <w:b/>
        </w:rPr>
        <w:t>[localidad]</w:t>
      </w:r>
      <w:r>
        <w:t xml:space="preserve">, a </w:t>
      </w:r>
      <w:r>
        <w:rPr>
          <w:b/>
        </w:rPr>
        <w:t>[día]</w:t>
      </w:r>
      <w:r>
        <w:t xml:space="preserve"> de </w:t>
      </w:r>
      <w:r>
        <w:rPr>
          <w:b/>
        </w:rPr>
        <w:t>[mes]</w:t>
      </w:r>
      <w:r>
        <w:t xml:space="preserve"> de </w:t>
      </w:r>
      <w:r>
        <w:rPr>
          <w:b/>
        </w:rPr>
        <w:t>[año]</w:t>
      </w:r>
      <w:r>
        <w:t>.</w:t>
      </w:r>
    </w:p>
    <w:p>
      <w:r>
        <w:t xml:space="preserve">De una parte, como PROPIETARIO, </w:t>
      </w:r>
      <w:r>
        <w:rPr>
          <w:b/>
        </w:rPr>
        <w:t>[nombre y apellidos]</w:t>
      </w:r>
      <w:r>
        <w:t xml:space="preserve">, con DNI o NIE </w:t>
      </w:r>
      <w:r>
        <w:rPr>
          <w:b/>
        </w:rPr>
        <w:t>[número]</w:t>
      </w:r>
      <w:r>
        <w:t xml:space="preserve"> y domicilio en </w:t>
      </w:r>
      <w:r>
        <w:rPr>
          <w:b/>
        </w:rPr>
        <w:t>[dirección completa]</w:t>
      </w:r>
      <w:r>
        <w:t xml:space="preserve">, que actúa </w:t>
      </w:r>
      <w:r>
        <w:rPr>
          <w:b/>
        </w:rPr>
        <w:t>[en su propio nombre o en representación de: indicar quién y con qué poder]</w:t>
      </w:r>
      <w:r>
        <w:t>.</w:t>
      </w:r>
    </w:p>
    <w:p>
      <w:r>
        <w:t xml:space="preserve">De otra parte, como FUTURO ARRENDATARIO, </w:t>
      </w:r>
      <w:r>
        <w:rPr>
          <w:b/>
        </w:rPr>
        <w:t>[nombre y apellidos]</w:t>
      </w:r>
      <w:r>
        <w:t xml:space="preserve">, con DNI o NIE </w:t>
      </w:r>
      <w:r>
        <w:rPr>
          <w:b/>
        </w:rPr>
        <w:t>[número]</w:t>
      </w:r>
      <w:r>
        <w:t xml:space="preserve"> y domicilio actual en </w:t>
      </w:r>
      <w:r>
        <w:rPr>
          <w:b/>
        </w:rPr>
        <w:t>[dirección completa]</w:t>
      </w:r>
      <w:r>
        <w:t>.</w:t>
      </w:r>
    </w:p>
    <w:p>
      <w:r>
        <w:t>Las dos partes firman este documento de reserva de la vivienda que se describe abajo, con el compromiso de firmar después el contrato de arrendamiento en las condiciones que aquí se recogen.</w:t>
      </w:r>
    </w:p>
    <w:p>
      <w:pPr>
        <w:pStyle w:val="Heading2"/>
      </w:pPr>
      <w:r>
        <w:t>Primera. La vivienda que se reserva</w:t>
      </w:r>
    </w:p>
    <w:p>
      <w:r>
        <w:t xml:space="preserve">El PROPIETARIO reserva al FUTURO ARRENDATARIO la vivienda situada en </w:t>
      </w:r>
      <w:r>
        <w:rPr>
          <w:b/>
        </w:rPr>
        <w:t>[calle, número, piso y puerta]</w:t>
      </w:r>
      <w:r>
        <w:t xml:space="preserve">, </w:t>
      </w:r>
      <w:r>
        <w:rPr>
          <w:b/>
        </w:rPr>
        <w:t>[código postal]</w:t>
      </w:r>
      <w:r>
        <w:t xml:space="preserve"> </w:t>
      </w:r>
      <w:r>
        <w:rPr>
          <w:b/>
        </w:rPr>
        <w:t>[municipio]</w:t>
      </w:r>
      <w:r>
        <w:t xml:space="preserve">, con referencia catastral </w:t>
      </w:r>
      <w:r>
        <w:rPr>
          <w:b/>
        </w:rPr>
        <w:t>[referencia catastral]</w:t>
      </w:r>
      <w:r>
        <w:t xml:space="preserve">, </w:t>
      </w:r>
      <w:r>
        <w:rPr>
          <w:b/>
        </w:rPr>
        <w:t>[amueblada o sin amueblar]</w:t>
      </w:r>
      <w:r>
        <w:t xml:space="preserve"> </w:t>
      </w:r>
      <w:r>
        <w:rPr>
          <w:b/>
        </w:rPr>
        <w:t>[y con plaza de garaje o trastero, si los hay]</w:t>
      </w:r>
      <w:r>
        <w:t>, para que la alquile como su vivienda habitual.</w:t>
      </w:r>
    </w:p>
    <w:p>
      <w:pPr>
        <w:pStyle w:val="Heading2"/>
      </w:pPr>
      <w:r>
        <w:t>Segunda. Las condiciones del contrato que se firmará</w:t>
      </w:r>
    </w:p>
    <w:p>
      <w:r>
        <w:t>Las partes se comprometen a firmar un contrato de arrendamiento de vivienda con estas condiciones:</w:t>
      </w:r>
    </w:p>
    <w:p>
      <w:r>
        <w:t xml:space="preserve">Renta: </w:t>
      </w:r>
      <w:r>
        <w:rPr>
          <w:b/>
        </w:rPr>
        <w:t>[importe en cifras]</w:t>
      </w:r>
      <w:r>
        <w:t xml:space="preserve"> euros al mes (</w:t>
      </w:r>
      <w:r>
        <w:rPr>
          <w:b/>
        </w:rPr>
        <w:t>[importe en letra]</w:t>
      </w:r>
      <w:r>
        <w:t xml:space="preserve"> euros).</w:t>
      </w:r>
    </w:p>
    <w:p>
      <w:r>
        <w:t xml:space="preserve">Duración: </w:t>
      </w:r>
      <w:r>
        <w:rPr>
          <w:b/>
        </w:rPr>
        <w:t>[número]</w:t>
      </w:r>
      <w:r>
        <w:t xml:space="preserve"> </w:t>
      </w:r>
      <w:r>
        <w:rPr>
          <w:b/>
        </w:rPr>
        <w:t>[años o meses]</w:t>
      </w:r>
      <w:r>
        <w:t xml:space="preserve"> desde la fecha de entrada, con las prórrogas que establece la Ley de Arrendamientos Urbanos.</w:t>
      </w:r>
    </w:p>
    <w:p>
      <w:r>
        <w:t xml:space="preserve">Fianza: </w:t>
      </w:r>
      <w:r>
        <w:rPr>
          <w:b/>
        </w:rPr>
        <w:t>[importe en cifras]</w:t>
      </w:r>
      <w:r>
        <w:t xml:space="preserve"> euros, la que fija el artículo 36.1 de la Ley de Arrendamientos Urbanos. </w:t>
      </w:r>
      <w:r>
        <w:rPr>
          <w:b/>
        </w:rPr>
        <w:t>[Si pactáis una garantía adicional, indícala aquí con su importe.]</w:t>
      </w:r>
    </w:p>
    <w:p>
      <w:r>
        <w:t xml:space="preserve">Fecha de entrada en la vivienda: </w:t>
      </w:r>
      <w:r>
        <w:rPr>
          <w:b/>
        </w:rPr>
        <w:t>[fecha]</w:t>
      </w:r>
      <w:r>
        <w:t>.</w:t>
      </w:r>
    </w:p>
    <w:p>
      <w:r>
        <w:rPr>
          <w:b/>
        </w:rPr>
        <w:t>[Otras condiciones que ya hayáis hablado, por ejemplo los suministros o las mascotas.]</w:t>
      </w:r>
      <w:r>
        <w:t xml:space="preserve"> El texto del contrato se adjunta como anexo II </w:t>
      </w:r>
      <w:r>
        <w:rPr>
          <w:b/>
        </w:rPr>
        <w:t>[o: se entregará al FUTURO ARRENDATARIO antes del [fecha]</w:t>
      </w:r>
      <w:r>
        <w:t>].</w:t>
      </w:r>
    </w:p>
    <w:p>
      <w:pPr>
        <w:pStyle w:val="Heading2"/>
      </w:pPr>
      <w:r>
        <w:t>Tercera. La cantidad de la reserva</w:t>
      </w:r>
    </w:p>
    <w:p>
      <w:r>
        <w:t xml:space="preserve">El FUTURO ARRENDATARIO entrega al PROPIETARIO </w:t>
      </w:r>
      <w:r>
        <w:rPr>
          <w:b/>
        </w:rPr>
        <w:t>[importe en cifras]</w:t>
      </w:r>
      <w:r>
        <w:t xml:space="preserve"> euros (</w:t>
      </w:r>
      <w:r>
        <w:rPr>
          <w:b/>
        </w:rPr>
        <w:t>[importe en letra]</w:t>
      </w:r>
      <w:r>
        <w:t xml:space="preserve"> euros) como reserva de la vivienda, por transferencia a la cuenta con IBAN </w:t>
      </w:r>
      <w:r>
        <w:rPr>
          <w:b/>
        </w:rPr>
        <w:t>[número de cuenta]</w:t>
      </w:r>
      <w:r>
        <w:t>. Este documento sirve de recibo de esa cantidad.</w:t>
      </w:r>
    </w:p>
    <w:p>
      <w:r>
        <w:t>Esta cantidad no paga gastos de gestión inmobiliaria ni de formalización del contrato, que son a cargo del PROPIETARIO.</w:t>
      </w:r>
    </w:p>
    <w:p>
      <w:pPr>
        <w:pStyle w:val="Heading2"/>
      </w:pPr>
      <w:r>
        <w:t>Cuarta. Plazo para firmar el contrato</w:t>
      </w:r>
    </w:p>
    <w:p>
      <w:r>
        <w:t xml:space="preserve">El contrato de arrendamiento se firmará como tarde el </w:t>
      </w:r>
      <w:r>
        <w:rPr>
          <w:b/>
        </w:rPr>
        <w:t>[fecha]</w:t>
      </w:r>
      <w:r>
        <w:t>. Hasta esa fecha, el PROPIETARIO no ofrecerá ni alquilará la vivienda a otra persona.</w:t>
      </w:r>
    </w:p>
    <w:p>
      <w:pPr>
        <w:pStyle w:val="Heading2"/>
      </w:pPr>
      <w:r>
        <w:t>Quinta. Qué pasa con la reserva al firmar el contrato</w:t>
      </w:r>
    </w:p>
    <w:p>
      <w:r>
        <w:rPr>
          <w:b/>
        </w:rPr>
        <w:t>[Elige una de las dos opciones y borra la otra.]</w:t>
      </w:r>
      <w:r>
        <w:t xml:space="preserve"> Opción A: al firmar el contrato, la cantidad de la reserva se descontará de la primera mensualidad de renta. Opción B: al firmar el contrato, la cantidad de la reserva pasará a formar parte de la fianza, y el FUTURO ARRENDATARIO entregará lo que falte hasta completarla.</w:t>
      </w:r>
    </w:p>
    <w:p>
      <w:pPr>
        <w:pStyle w:val="Heading2"/>
      </w:pPr>
      <w:r>
        <w:t>Sexta. Si no se llega a firmar el contrato</w:t>
      </w:r>
    </w:p>
    <w:p>
      <w:r>
        <w:t>Si el FUTURO ARRENDATARIO no firma el contrato en el plazo de la cláusula cuarta, o comunica antes que no lo firmará, el PROPIETARIO hará suya la cantidad de la reserva.</w:t>
      </w:r>
    </w:p>
    <w:p>
      <w:r>
        <w:t xml:space="preserve">Si es el PROPIETARIO quien no firma el contrato en ese plazo, o alquila la vivienda a otra persona, devolverá al FUTURO ARRENDATARIO </w:t>
      </w:r>
      <w:r>
        <w:rPr>
          <w:b/>
        </w:rPr>
        <w:t>[la cantidad de la reserva, o el doble de esa cantidad]</w:t>
      </w:r>
      <w:r>
        <w:t xml:space="preserve"> en los </w:t>
      </w:r>
      <w:r>
        <w:rPr>
          <w:b/>
        </w:rPr>
        <w:t>[número]</w:t>
      </w:r>
      <w:r>
        <w:t xml:space="preserve"> días siguientes.</w:t>
      </w:r>
    </w:p>
    <w:p>
      <w:r>
        <w:t xml:space="preserve">Si el contrato no se firma por una causa ajena a las dos partes, el PROPIETARIO devolverá la cantidad de la reserva íntegra en los </w:t>
      </w:r>
      <w:r>
        <w:rPr>
          <w:b/>
        </w:rPr>
        <w:t>[número]</w:t>
      </w:r>
      <w:r>
        <w:t xml:space="preserve"> días siguientes.</w:t>
      </w:r>
    </w:p>
    <w:p>
      <w:pPr>
        <w:pStyle w:val="Heading2"/>
      </w:pPr>
      <w:r>
        <w:t>Firmas y anexos</w:t>
      </w:r>
    </w:p>
    <w:p>
      <w:r>
        <w:t>Y en prueba de conformidad, las partes firman este documento por duplicado, en el lugar y la fecha indicados al principio, y cada una se queda con un ejemplar.</w:t>
      </w:r>
    </w:p>
    <w:p>
      <w:r>
        <w:t xml:space="preserve">EL PROPIETARIO: </w:t>
      </w:r>
      <w:r>
        <w:rPr>
          <w:b/>
        </w:rPr>
        <w:t>[firma]</w:t>
      </w:r>
    </w:p>
    <w:p>
      <w:r>
        <w:t xml:space="preserve">EL FUTURO ARRENDATARIO: </w:t>
      </w:r>
      <w:r>
        <w:rPr>
          <w:b/>
        </w:rPr>
        <w:t>[firma]</w:t>
      </w:r>
    </w:p>
    <w:p>
      <w:r>
        <w:t>Anexo I: justificante de la transferencia de la reserva.</w:t>
      </w:r>
    </w:p>
    <w:p>
      <w:r>
        <w:t>Anexo II: borrador del contrato de arrendamiento, si ya está preparado.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documento de reserva de vivienda en alquiler</dc:title>
  <dc:subject/>
  <dc:creator>MR Renta y Gestión</dc:creator>
  <cp:keywords/>
  <dc:description/>
  <cp:lastModifiedBy/>
  <cp:revision>1</cp:revision>
  <dcterms:created xsi:type="dcterms:W3CDTF">2026-10-18T00:00:00Z</dcterms:created>
  <dcterms:modified xsi:type="dcterms:W3CDTF">2026-10-18T00:00:00Z</dcterms:modified>
  <cp:category/>
  <cp:contentStatus/>
  <dc:language>es-ES</dc:language>
  <cp:lastPrinted>2026-10-18T00:00:00Z</cp:lastPrinted>
</cp:coreProperties>
</file>