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ANEXO DE MODIFICACIÓN DEL CONTRATO DE ARRENDAMIENTO DE VIVIENDA</w:t>
      </w:r>
    </w:p>
    <w:p>
      <w:pPr>
        <w:pStyle w:val="Heading2"/>
      </w:pPr>
      <w:r>
        <w:t>Lugar, fecha y partes</w:t>
      </w:r>
    </w:p>
    <w:p>
      <w:r>
        <w:t xml:space="preserve">En </w:t>
      </w:r>
      <w:r>
        <w:rPr>
          <w:b/>
        </w:rPr>
        <w:t>[localidad]</w:t>
      </w:r>
      <w:r>
        <w:t xml:space="preserve">, a </w:t>
      </w:r>
      <w:r>
        <w:rPr>
          <w:b/>
        </w:rPr>
        <w:t>[día]</w:t>
      </w:r>
      <w:r>
        <w:t xml:space="preserve"> de </w:t>
      </w:r>
      <w:r>
        <w:rPr>
          <w:b/>
        </w:rPr>
        <w:t>[mes]</w:t>
      </w:r>
      <w:r>
        <w:t xml:space="preserve"> de </w:t>
      </w:r>
      <w:r>
        <w:rPr>
          <w:b/>
        </w:rPr>
        <w:t>[año]</w:t>
      </w:r>
      <w:r>
        <w:t>.</w:t>
      </w:r>
    </w:p>
    <w:p>
      <w:r>
        <w:t xml:space="preserve">De una parte, como ARRENDADOR, </w:t>
      </w:r>
      <w:r>
        <w:rPr>
          <w:b/>
        </w:rPr>
        <w:t>[nombre y apellidos, o razón social si es una empresa]</w:t>
      </w:r>
      <w:r>
        <w:t xml:space="preserve">, con DNI, NIE o NIF </w:t>
      </w:r>
      <w:r>
        <w:rPr>
          <w:b/>
        </w:rPr>
        <w:t>[número]</w:t>
      </w:r>
      <w:r>
        <w:t xml:space="preserve"> y domicilio en </w:t>
      </w:r>
      <w:r>
        <w:rPr>
          <w:b/>
        </w:rPr>
        <w:t>[dirección completa]</w:t>
      </w:r>
      <w:r>
        <w:t>.</w:t>
      </w:r>
    </w:p>
    <w:p>
      <w:r>
        <w:t xml:space="preserve">De otra parte, como ARRENDATARIO, </w:t>
      </w:r>
      <w:r>
        <w:rPr>
          <w:b/>
        </w:rPr>
        <w:t>[nombre y apellidos]</w:t>
      </w:r>
      <w:r>
        <w:t xml:space="preserve">, con DNI o NIE </w:t>
      </w:r>
      <w:r>
        <w:rPr>
          <w:b/>
        </w:rPr>
        <w:t>[número]</w:t>
      </w:r>
      <w:r>
        <w:t xml:space="preserve">. </w:t>
      </w:r>
      <w:r>
        <w:rPr>
          <w:b/>
        </w:rPr>
        <w:t>[Si el contrato lo firmaron varios inquilinos, añade una línea igual por cada uno: firman todos.]</w:t>
      </w:r>
    </w:p>
    <w:p>
      <w:r>
        <w:rPr>
          <w:b/>
        </w:rPr>
        <w:t>[Solo si entra un inquilino nuevo:]</w:t>
      </w:r>
      <w:r>
        <w:t xml:space="preserve"> Y, como NUEVO ARRENDATARIO, </w:t>
      </w:r>
      <w:r>
        <w:rPr>
          <w:b/>
        </w:rPr>
        <w:t>[nombre y apellidos]</w:t>
      </w:r>
      <w:r>
        <w:t xml:space="preserve">, con DNI o NIE </w:t>
      </w:r>
      <w:r>
        <w:rPr>
          <w:b/>
        </w:rPr>
        <w:t>[número]</w:t>
      </w:r>
      <w:r>
        <w:t xml:space="preserve"> y domicilio actual en </w:t>
      </w:r>
      <w:r>
        <w:rPr>
          <w:b/>
        </w:rPr>
        <w:t>[dirección completa]</w:t>
      </w:r>
      <w:r>
        <w:t>.</w:t>
      </w:r>
    </w:p>
    <w:p>
      <w:r>
        <w:rPr>
          <w:b/>
        </w:rPr>
        <w:t>[Solo si el contrato tiene avalista:]</w:t>
      </w:r>
      <w:r>
        <w:t xml:space="preserve"> Y, como AVALISTA, </w:t>
      </w:r>
      <w:r>
        <w:rPr>
          <w:b/>
        </w:rPr>
        <w:t>[nombre y apellidos]</w:t>
      </w:r>
      <w:r>
        <w:t xml:space="preserve">, con DNI o NIE </w:t>
      </w:r>
      <w:r>
        <w:rPr>
          <w:b/>
        </w:rPr>
        <w:t>[número]</w:t>
      </w:r>
      <w:r>
        <w:t>, que firma para dejar constancia de que conoce y acepta este anexo.</w:t>
      </w:r>
    </w:p>
    <w:p>
      <w:pPr>
        <w:pStyle w:val="Heading2"/>
      </w:pPr>
      <w:r>
        <w:t>Exponen</w:t>
      </w:r>
    </w:p>
    <w:p>
      <w:r>
        <w:t xml:space="preserve">I. Que el </w:t>
      </w:r>
      <w:r>
        <w:rPr>
          <w:b/>
        </w:rPr>
        <w:t>[fecha del contrato]</w:t>
      </w:r>
      <w:r>
        <w:t xml:space="preserve"> las partes firmaron un contrato de arrendamiento de vivienda habitual sobre la vivienda situada en </w:t>
      </w:r>
      <w:r>
        <w:rPr>
          <w:b/>
        </w:rPr>
        <w:t>[calle, número, piso y puerta]</w:t>
      </w:r>
      <w:r>
        <w:t xml:space="preserve">, </w:t>
      </w:r>
      <w:r>
        <w:rPr>
          <w:b/>
        </w:rPr>
        <w:t>[código postal]</w:t>
      </w:r>
      <w:r>
        <w:t xml:space="preserve"> </w:t>
      </w:r>
      <w:r>
        <w:rPr>
          <w:b/>
        </w:rPr>
        <w:t>[municipio]</w:t>
      </w:r>
      <w:r>
        <w:t xml:space="preserve">, con referencia catastral </w:t>
      </w:r>
      <w:r>
        <w:rPr>
          <w:b/>
        </w:rPr>
        <w:t>[referencia catastral]</w:t>
      </w:r>
      <w:r>
        <w:t>, en adelante «el contrato», que sigue en vigor.</w:t>
      </w:r>
    </w:p>
    <w:p>
      <w:r>
        <w:t>II. Que, de común acuerdo, quieren modificar el contrato en los puntos que se indican en este anexo, que firman con arreglo a las siguientes cláusulas.</w:t>
      </w:r>
    </w:p>
    <w:p>
      <w:pPr>
        <w:pStyle w:val="Heading2"/>
      </w:pPr>
      <w:r>
        <w:t>Primera. Lo que cambia</w:t>
      </w:r>
    </w:p>
    <w:p>
      <w:r>
        <w:rPr>
          <w:b/>
        </w:rPr>
        <w:t>[Usa solo los párrafos que necesites y borra los demás.]</w:t>
      </w:r>
    </w:p>
    <w:p>
      <w:r>
        <w:rPr>
          <w:b/>
        </w:rPr>
        <w:t>[Renta:]</w:t>
      </w:r>
      <w:r>
        <w:t xml:space="preserve"> Desde el </w:t>
      </w:r>
      <w:r>
        <w:rPr>
          <w:b/>
        </w:rPr>
        <w:t>[fecha]</w:t>
      </w:r>
      <w:r>
        <w:t xml:space="preserve">, la renta mensual pasa a ser de </w:t>
      </w:r>
      <w:r>
        <w:rPr>
          <w:b/>
        </w:rPr>
        <w:t>[importe]</w:t>
      </w:r>
      <w:r>
        <w:t xml:space="preserve"> euros, en lugar de los </w:t>
      </w:r>
      <w:r>
        <w:rPr>
          <w:b/>
        </w:rPr>
        <w:t>[importe anterior]</w:t>
      </w:r>
      <w:r>
        <w:t xml:space="preserve"> euros que fija la cláusula </w:t>
      </w:r>
      <w:r>
        <w:rPr>
          <w:b/>
        </w:rPr>
        <w:t>[número]</w:t>
      </w:r>
      <w:r>
        <w:t xml:space="preserve"> del contrato.</w:t>
      </w:r>
    </w:p>
    <w:p>
      <w:r>
        <w:rPr>
          <w:b/>
        </w:rPr>
        <w:t>[Mascotas:]</w:t>
      </w:r>
      <w:r>
        <w:t xml:space="preserve"> El ARRENDATARIO puede tener en la vivienda </w:t>
      </w:r>
      <w:r>
        <w:rPr>
          <w:b/>
        </w:rPr>
        <w:t>[especie y número de animales]</w:t>
      </w:r>
      <w:r>
        <w:t xml:space="preserve">, con estas condiciones: </w:t>
      </w:r>
      <w:r>
        <w:rPr>
          <w:b/>
        </w:rPr>
        <w:t>[condiciones]</w:t>
      </w:r>
      <w:r>
        <w:t>.</w:t>
      </w:r>
    </w:p>
    <w:p>
      <w:r>
        <w:rPr>
          <w:b/>
        </w:rPr>
        <w:t>[Garaje o trastero:]</w:t>
      </w:r>
      <w:r>
        <w:t xml:space="preserve"> Se añade al contrato, como accesorio de la vivienda, </w:t>
      </w:r>
      <w:r>
        <w:rPr>
          <w:b/>
        </w:rPr>
        <w:t>[la plaza de garaje número X o el trastero número X]</w:t>
      </w:r>
      <w:r>
        <w:t xml:space="preserve">, por </w:t>
      </w:r>
      <w:r>
        <w:rPr>
          <w:b/>
        </w:rPr>
        <w:t>[una renta de importe euros al mes, que se suma a la de la vivienda, o: sin cambio de la renta]</w:t>
      </w:r>
      <w:r>
        <w:t>.</w:t>
      </w:r>
    </w:p>
    <w:p>
      <w:r>
        <w:rPr>
          <w:b/>
        </w:rPr>
        <w:t>[Duración:]</w:t>
      </w:r>
      <w:r>
        <w:t xml:space="preserve"> La duración pactada del contrato pasa a ser de </w:t>
      </w:r>
      <w:r>
        <w:rPr>
          <w:b/>
        </w:rPr>
        <w:t>[número]</w:t>
      </w:r>
      <w:r>
        <w:t xml:space="preserve"> años, contados desde la fecha del contrato.</w:t>
      </w:r>
    </w:p>
    <w:p>
      <w:r>
        <w:rPr>
          <w:b/>
        </w:rPr>
        <w:t>[Otra cláusula:]</w:t>
      </w:r>
      <w:r>
        <w:t xml:space="preserve"> La cláusula </w:t>
      </w:r>
      <w:r>
        <w:rPr>
          <w:b/>
        </w:rPr>
        <w:t>[número]</w:t>
      </w:r>
      <w:r>
        <w:t xml:space="preserve"> del contrato queda redactada así: </w:t>
      </w:r>
      <w:r>
        <w:rPr>
          <w:b/>
        </w:rPr>
        <w:t>[texto nuevo completo]</w:t>
      </w:r>
      <w:r>
        <w:t>.</w:t>
      </w:r>
    </w:p>
    <w:p>
      <w:pPr>
        <w:pStyle w:val="Heading2"/>
      </w:pPr>
      <w:r>
        <w:t>Segunda. Entrada o salida de inquilinos</w:t>
      </w:r>
    </w:p>
    <w:p>
      <w:r>
        <w:rPr>
          <w:b/>
        </w:rPr>
        <w:t>[Cláusula opcional; si no entra ni sale ningún inquilino, bórrala.]</w:t>
      </w:r>
    </w:p>
    <w:p>
      <w:r>
        <w:rPr>
          <w:b/>
        </w:rPr>
        <w:t>[Si entra un inquilino:]</w:t>
      </w:r>
      <w:r>
        <w:t xml:space="preserve"> Desde el </w:t>
      </w:r>
      <w:r>
        <w:rPr>
          <w:b/>
        </w:rPr>
        <w:t>[fecha]</w:t>
      </w:r>
      <w:r>
        <w:t xml:space="preserve">, el NUEVO ARRENDATARIO se incorpora al contrato como arrendatario, con los mismos derechos y obligaciones que el ARRENDATARIO. </w:t>
      </w:r>
      <w:r>
        <w:rPr>
          <w:b/>
        </w:rPr>
        <w:t>[Si lo pactáis:]</w:t>
      </w:r>
      <w:r>
        <w:t xml:space="preserve"> Todos los arrendatarios responden de forma solidaria del pago de la renta y de todas las obligaciones del contrato.</w:t>
      </w:r>
    </w:p>
    <w:p>
      <w:r>
        <w:rPr>
          <w:b/>
        </w:rPr>
        <w:t>[Si sale un inquilino:]</w:t>
      </w:r>
      <w:r>
        <w:t xml:space="preserve"> Con el consentimiento del ARRENDADOR, desde el </w:t>
      </w:r>
      <w:r>
        <w:rPr>
          <w:b/>
        </w:rPr>
        <w:t>[fecha]</w:t>
      </w:r>
      <w:r>
        <w:t xml:space="preserve"> </w:t>
      </w:r>
      <w:r>
        <w:rPr>
          <w:b/>
        </w:rPr>
        <w:t>[nombre del que sale]</w:t>
      </w:r>
      <w:r>
        <w:t xml:space="preserve"> deja de ser arrendatario y </w:t>
      </w:r>
      <w:r>
        <w:rPr>
          <w:b/>
        </w:rPr>
        <w:t>[nombre del que se queda]</w:t>
      </w:r>
      <w:r>
        <w:t xml:space="preserve"> sigue como arrendatario en las mismas condiciones. </w:t>
      </w:r>
      <w:r>
        <w:rPr>
          <w:b/>
        </w:rPr>
        <w:t>[Indica si el que sale responde o no de las rentas y obligaciones anteriores a esa fecha.]</w:t>
      </w:r>
    </w:p>
    <w:p>
      <w:r>
        <w:rPr>
          <w:b/>
        </w:rPr>
        <w:t>[Si se cede el contrato:]</w:t>
      </w:r>
      <w:r>
        <w:t xml:space="preserve"> El ARRENDADOR consiente por escrito que </w:t>
      </w:r>
      <w:r>
        <w:rPr>
          <w:b/>
        </w:rPr>
        <w:t>[nombre del que cede]</w:t>
      </w:r>
      <w:r>
        <w:t xml:space="preserve"> ceda el contrato a </w:t>
      </w:r>
      <w:r>
        <w:rPr>
          <w:b/>
        </w:rPr>
        <w:t>[nombre del que entra]</w:t>
      </w:r>
      <w:r>
        <w:t xml:space="preserve">, que se subroga en su posición desde el </w:t>
      </w:r>
      <w:r>
        <w:rPr>
          <w:b/>
        </w:rPr>
        <w:t>[fecha]</w:t>
      </w:r>
      <w:r>
        <w:t>.</w:t>
      </w:r>
    </w:p>
    <w:p>
      <w:pPr>
        <w:pStyle w:val="Heading2"/>
      </w:pPr>
      <w:r>
        <w:t>Tercera. Fianza</w:t>
      </w:r>
    </w:p>
    <w:p>
      <w:r>
        <w:rPr>
          <w:b/>
        </w:rPr>
        <w:t>[Elige una de las dos opciones y borra la otra.]</w:t>
      </w:r>
    </w:p>
    <w:p>
      <w:r>
        <w:t xml:space="preserve">La fianza sigue siendo la que se entregó al firmar el contrato, </w:t>
      </w:r>
      <w:r>
        <w:rPr>
          <w:b/>
        </w:rPr>
        <w:t>[importe]</w:t>
      </w:r>
      <w:r>
        <w:t xml:space="preserve"> euros, sin cambios.</w:t>
      </w:r>
    </w:p>
    <w:p>
      <w:r>
        <w:t xml:space="preserve">La fianza pasa a ser de </w:t>
      </w:r>
      <w:r>
        <w:rPr>
          <w:b/>
        </w:rPr>
        <w:t>[importe]</w:t>
      </w:r>
      <w:r>
        <w:t xml:space="preserve"> euros. Para ello, </w:t>
      </w:r>
      <w:r>
        <w:rPr>
          <w:b/>
        </w:rPr>
        <w:t>[el ARRENDATARIO entrega hoy al ARRENDADOR importe euros más, o: el ARRENDADOR devuelve hoy al ARRENDATARIO importe euros]</w:t>
      </w:r>
      <w:r>
        <w:t>, y el ARRENDADOR comunicará el cambio al Gobierno de Aragón, donde está depositada.</w:t>
      </w:r>
    </w:p>
    <w:p>
      <w:pPr>
        <w:pStyle w:val="Heading2"/>
      </w:pPr>
      <w:r>
        <w:t>Cuarta. El resto del contrato sigue igual</w:t>
      </w:r>
    </w:p>
    <w:p>
      <w:r>
        <w:t>En todo lo que no cambia este anexo, el contrato sigue en vigor con sus mismas cláusulas. Este anexo no es un contrato nuevo ni extingue el anterior: lo modifica, y la duración del contrato se sigue contando desde la fecha del contrato.</w:t>
      </w:r>
    </w:p>
    <w:p>
      <w:pPr>
        <w:pStyle w:val="Heading2"/>
      </w:pPr>
      <w:r>
        <w:t>Firmas</w:t>
      </w:r>
    </w:p>
    <w:p>
      <w:r>
        <w:t>Y en prueba de conformidad, las partes firman este anexo, que se une al contrato, en tantos ejemplares como firmantes, uno para cada uno, en el lugar y la fecha indicados al principio.</w:t>
      </w:r>
    </w:p>
    <w:p>
      <w:r>
        <w:t xml:space="preserve">EL ARRENDADOR: </w:t>
      </w:r>
      <w:r>
        <w:rPr>
          <w:b/>
        </w:rPr>
        <w:t>[firma]</w:t>
      </w:r>
    </w:p>
    <w:p>
      <w:r>
        <w:t xml:space="preserve">EL ARRENDATARIO: </w:t>
      </w:r>
      <w:r>
        <w:rPr>
          <w:b/>
        </w:rPr>
        <w:t>[firma]</w:t>
      </w:r>
    </w:p>
    <w:p>
      <w:r>
        <w:rPr>
          <w:b/>
        </w:rPr>
        <w:t>[EL NUEVO ARRENDATARIO: firma]</w:t>
      </w:r>
    </w:p>
    <w:p>
      <w:r>
        <w:rPr>
          <w:b/>
        </w:rPr>
        <w:t>[EL AVALISTA: firma]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anexo de modificación del contrato de arrendamiento de vivienda</dc:title>
  <dc:subject/>
  <dc:creator>MR Renta y Gestión</dc:creator>
  <cp:keywords/>
  <dc:description/>
  <cp:lastModifiedBy/>
  <cp:revision>1</cp:revision>
  <dcterms:created xsi:type="dcterms:W3CDTF">2026-10-17T00:00:00Z</dcterms:created>
  <dcterms:modified xsi:type="dcterms:W3CDTF">2026-10-17T00:00:00Z</dcterms:modified>
  <cp:category/>
  <cp:contentStatus/>
  <dc:language>es-ES</dc:language>
  <cp:lastPrinted>2026-10-17T00:00:00Z</cp:lastPrinted>
</cp:coreProperties>
</file>